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0E2A" w:rsidRDefault="00F613FE" w14:paraId="1E469976" w14:textId="77777777">
      <w:pPr>
        <w:pStyle w:val="ResumeName"/>
        <w:jc w:val="center"/>
      </w:pPr>
      <w:r>
        <w:t>Lucas West</w:t>
      </w:r>
    </w:p>
    <w:p w:rsidRPr="00EF219F" w:rsidR="00180E2A" w:rsidRDefault="00F613FE" w14:paraId="157A00B6" w14:textId="77777777">
      <w:pPr>
        <w:pStyle w:val="ResumeContact"/>
        <w:spacing w:after="40"/>
        <w:jc w:val="center"/>
        <w:rPr>
          <w:sz w:val="20"/>
          <w:szCs w:val="20"/>
        </w:rPr>
      </w:pPr>
      <w:r w:rsidRPr="00EF219F">
        <w:rPr>
          <w:sz w:val="20"/>
          <w:szCs w:val="20"/>
        </w:rPr>
        <w:t xml:space="preserve">Oklahoma City, OK • 405-845-1139 • Lucas.west04@gmail.com • </w:t>
      </w:r>
      <w:hyperlink r:id="rId6">
        <w:r w:rsidRPr="00EF219F">
          <w:rPr>
            <w:color w:val="0563C1"/>
            <w:sz w:val="20"/>
            <w:szCs w:val="20"/>
            <w:u w:val="single"/>
          </w:rPr>
          <w:t>linkedin.com/in/lucas-west-451887298</w:t>
        </w:r>
      </w:hyperlink>
      <w:r w:rsidRPr="00EF219F">
        <w:rPr>
          <w:sz w:val="20"/>
          <w:szCs w:val="20"/>
        </w:rPr>
        <w:t xml:space="preserve"> • </w:t>
      </w:r>
      <w:hyperlink r:id="rId7">
        <w:r w:rsidRPr="00EF219F">
          <w:rPr>
            <w:color w:val="0563C1"/>
            <w:sz w:val="20"/>
            <w:szCs w:val="20"/>
            <w:u w:val="single"/>
          </w:rPr>
          <w:t>west2781.github.io</w:t>
        </w:r>
      </w:hyperlink>
    </w:p>
    <w:p w:rsidRPr="00887071" w:rsidR="00180E2A" w:rsidRDefault="00F613FE" w14:paraId="047A0C7B" w14:textId="77777777">
      <w:pPr>
        <w:pStyle w:val="ResumeSection"/>
        <w:pBdr>
          <w:bottom w:val="single" w:color="9E9E9E" w:sz="6" w:space="1"/>
        </w:pBdr>
        <w:spacing w:before="100" w:after="40"/>
        <w:rPr>
          <w:sz w:val="22"/>
        </w:rPr>
      </w:pPr>
      <w:r w:rsidRPr="00887071">
        <w:rPr>
          <w:sz w:val="22"/>
        </w:rPr>
        <w:t>PROFESSIONAL SUMMARY</w:t>
      </w:r>
    </w:p>
    <w:p w:rsidRPr="00887071" w:rsidR="00180E2A" w:rsidRDefault="00F613FE" w14:paraId="593D6D4D" w14:textId="77777777">
      <w:pPr>
        <w:pStyle w:val="ResumeSummary"/>
        <w:spacing w:after="16"/>
        <w:rPr>
          <w:sz w:val="22"/>
        </w:rPr>
      </w:pPr>
      <w:r w:rsidRPr="00887071">
        <w:rPr>
          <w:sz w:val="22"/>
        </w:rPr>
        <w:t>Data Analyst with hands-on experience in SQL Server, Python automation, Power BI, ETL workflows, data validation, and operational reporting. Skilled at working with large enterprise datasets, reconciling cross-system discrepancies, improving query performance, and translating data into clear business insights. Background includes an MS in Management Information Technology with a Data Science &amp; Analytics focus and a BBA in Management Information Systems.</w:t>
      </w:r>
    </w:p>
    <w:p w:rsidRPr="00887071" w:rsidR="00180E2A" w:rsidRDefault="00F613FE" w14:paraId="2496F9AB" w14:textId="77777777">
      <w:pPr>
        <w:pStyle w:val="ResumeSection"/>
        <w:pBdr>
          <w:bottom w:val="single" w:color="9E9E9E" w:sz="6" w:space="1"/>
        </w:pBdr>
        <w:spacing w:before="100" w:after="40"/>
        <w:rPr>
          <w:sz w:val="22"/>
        </w:rPr>
      </w:pPr>
      <w:r w:rsidRPr="1001E8B1" w:rsidR="33E14A5D">
        <w:rPr>
          <w:sz w:val="22"/>
          <w:szCs w:val="22"/>
        </w:rPr>
        <w:t>PROFESSIONAL EXPERIENCE</w:t>
      </w:r>
    </w:p>
    <w:p w:rsidR="2D6E7576" w:rsidP="1001E8B1" w:rsidRDefault="2D6E7576" w14:paraId="74309A18" w14:textId="250BFF18">
      <w:pPr>
        <w:pStyle w:val="ResumeBullet"/>
      </w:pPr>
      <w:r w:rsidRPr="1001E8B1" w:rsidR="2D6E7576">
        <w:rPr>
          <w:sz w:val="22"/>
          <w:szCs w:val="22"/>
        </w:rPr>
        <w:t>Oklahoma Turnpike Authority - Data Analyst, Remote</w:t>
      </w:r>
      <w:r>
        <w:br/>
      </w:r>
      <w:r w:rsidRPr="1001E8B1" w:rsidR="2D6E7576">
        <w:rPr>
          <w:sz w:val="22"/>
          <w:szCs w:val="22"/>
        </w:rPr>
        <w:t>Nov. 2025 - Present</w:t>
      </w:r>
      <w:r>
        <w:br/>
      </w:r>
      <w:r w:rsidRPr="1001E8B1" w:rsidR="2D6E7576">
        <w:rPr>
          <w:sz w:val="22"/>
          <w:szCs w:val="22"/>
        </w:rPr>
        <w:t>• Develop and optimize SQL Server queries across large operational databases to support billing analytics, workflow monitoring, and operational reporting.</w:t>
      </w:r>
      <w:r>
        <w:br/>
      </w:r>
      <w:r w:rsidRPr="1001E8B1" w:rsidR="2D6E7576">
        <w:rPr>
          <w:sz w:val="22"/>
          <w:szCs w:val="22"/>
        </w:rPr>
        <w:t>• Build structured intermediate datasets and validation logic to reconcile cross-system discrepancies and improve reporting accuracy.</w:t>
      </w:r>
      <w:r>
        <w:br/>
      </w:r>
      <w:r w:rsidRPr="1001E8B1" w:rsidR="2D6E7576">
        <w:rPr>
          <w:sz w:val="22"/>
          <w:szCs w:val="22"/>
        </w:rPr>
        <w:t>• Analyze multi-million-row datasets to identify workflow issues, strengthen data integrity, and improve query efficiency for reporting and operational decision-making.</w:t>
      </w:r>
    </w:p>
    <w:p w:rsidR="2D6E7576" w:rsidP="1001E8B1" w:rsidRDefault="2D6E7576" w14:paraId="35AD6FBE" w14:textId="494F607A">
      <w:pPr>
        <w:pStyle w:val="ResumeBullet"/>
      </w:pPr>
      <w:r w:rsidRPr="1001E8B1" w:rsidR="2D6E7576">
        <w:rPr>
          <w:sz w:val="22"/>
          <w:szCs w:val="22"/>
        </w:rPr>
        <w:t>Devon Energy - Tax Technologist Intern</w:t>
      </w:r>
      <w:r>
        <w:br/>
      </w:r>
      <w:r w:rsidRPr="1001E8B1" w:rsidR="2D6E7576">
        <w:rPr>
          <w:sz w:val="22"/>
          <w:szCs w:val="22"/>
        </w:rPr>
        <w:t>Mar. 2025 - Aug. 2025</w:t>
      </w:r>
      <w:r>
        <w:br/>
      </w:r>
      <w:r w:rsidRPr="1001E8B1" w:rsidR="2D6E7576">
        <w:rPr>
          <w:sz w:val="22"/>
          <w:szCs w:val="22"/>
        </w:rPr>
        <w:t>• Built Python-based ETL workflows to convert unstructured tax PDF documents into structured, analysis-ready datasets, incorporating automation to reduce manual processing.</w:t>
      </w:r>
      <w:r>
        <w:br/>
      </w:r>
      <w:r w:rsidRPr="1001E8B1" w:rsidR="2D6E7576">
        <w:rPr>
          <w:sz w:val="22"/>
          <w:szCs w:val="22"/>
        </w:rPr>
        <w:t>• Developed and maintained Power BI dashboards for quarterly and annual tax reporting while supporting SQL Server job monitoring and data validation.</w:t>
      </w:r>
      <w:r>
        <w:br/>
      </w:r>
      <w:r w:rsidRPr="1001E8B1" w:rsidR="2D6E7576">
        <w:rPr>
          <w:sz w:val="22"/>
          <w:szCs w:val="22"/>
        </w:rPr>
        <w:t>• Automated recurring workflows using PowerShell and Alteryx to improve reporting consistency, reduce manual processing, and support reliable data delivery.</w:t>
      </w:r>
    </w:p>
    <w:p w:rsidR="2D6E7576" w:rsidP="1001E8B1" w:rsidRDefault="2D6E7576" w14:paraId="42D8DDF8" w14:textId="6F3CD136">
      <w:pPr>
        <w:pStyle w:val="ResumeBullet"/>
      </w:pPr>
      <w:r w:rsidRPr="1001E8B1" w:rsidR="2D6E7576">
        <w:rPr>
          <w:sz w:val="22"/>
          <w:szCs w:val="22"/>
        </w:rPr>
        <w:t>University of Oklahoma - Graduate Teaching Assistant</w:t>
      </w:r>
      <w:r>
        <w:br/>
      </w:r>
      <w:r w:rsidRPr="1001E8B1" w:rsidR="2D6E7576">
        <w:rPr>
          <w:sz w:val="22"/>
          <w:szCs w:val="22"/>
        </w:rPr>
        <w:t>Aug. 2025 - Dec. 2025</w:t>
      </w:r>
      <w:r>
        <w:br/>
      </w:r>
      <w:r w:rsidRPr="1001E8B1" w:rsidR="2D6E7576">
        <w:rPr>
          <w:sz w:val="22"/>
          <w:szCs w:val="22"/>
        </w:rPr>
        <w:t>• Mentored students in SQL, ETL design, data modeling, Excel, Tableau, and Power BI for a graduate-level Data Management for Business Intelligence course.</w:t>
      </w:r>
    </w:p>
    <w:p w:rsidRPr="00887071" w:rsidR="00180E2A" w:rsidRDefault="00F613FE" w14:paraId="7A89F616" w14:textId="77777777">
      <w:pPr>
        <w:pStyle w:val="ResumeSection"/>
        <w:pBdr>
          <w:bottom w:val="single" w:color="9E9E9E" w:sz="6" w:space="1"/>
        </w:pBdr>
        <w:spacing w:before="100" w:after="40"/>
        <w:rPr>
          <w:sz w:val="22"/>
        </w:rPr>
      </w:pPr>
      <w:r w:rsidRPr="00887071">
        <w:rPr>
          <w:sz w:val="22"/>
        </w:rPr>
        <w:t>DATA &amp; ANALYTICS PROJECTS</w:t>
      </w:r>
    </w:p>
    <w:p w:rsidRPr="00887071" w:rsidR="00180E2A" w:rsidRDefault="00F613FE" w14:paraId="19B2972A" w14:textId="77777777">
      <w:pPr>
        <w:pStyle w:val="ResumeJob"/>
        <w:spacing w:before="28"/>
        <w:rPr>
          <w:sz w:val="22"/>
        </w:rPr>
      </w:pPr>
      <w:r w:rsidRPr="00887071">
        <w:rPr>
          <w:sz w:val="22"/>
        </w:rPr>
        <w:t>Casino Patron Trend Analysis</w:t>
      </w:r>
      <w:r w:rsidRPr="00887071">
        <w:rPr>
          <w:b w:val="0"/>
          <w:sz w:val="22"/>
        </w:rPr>
        <w:t xml:space="preserve"> - Python, SQL, Power BI, Tableau</w:t>
      </w:r>
    </w:p>
    <w:p w:rsidRPr="00887071" w:rsidR="00180E2A" w:rsidRDefault="00F613FE" w14:paraId="735DF2C2" w14:textId="77777777">
      <w:pPr>
        <w:pStyle w:val="ResumeBullet"/>
        <w:rPr>
          <w:sz w:val="22"/>
        </w:rPr>
      </w:pPr>
      <w:r w:rsidRPr="00887071">
        <w:rPr>
          <w:sz w:val="22"/>
        </w:rPr>
        <w:t>• Analyzed multi-year patron transaction data to identify behavioral and revenue trends; built dashboards using DAX and SQL-calculated fields and presented actionable insights to stakeholders.</w:t>
      </w:r>
    </w:p>
    <w:p w:rsidRPr="00887071" w:rsidR="00180E2A" w:rsidRDefault="00F613FE" w14:paraId="7636E7C5" w14:textId="77777777">
      <w:pPr>
        <w:pStyle w:val="ResumeJob"/>
        <w:spacing w:before="28"/>
        <w:rPr>
          <w:sz w:val="22"/>
        </w:rPr>
      </w:pPr>
      <w:r w:rsidRPr="00887071">
        <w:rPr>
          <w:sz w:val="22"/>
        </w:rPr>
        <w:t>Revenue Outlier Detection Analysis</w:t>
      </w:r>
      <w:r w:rsidRPr="00887071">
        <w:rPr>
          <w:b w:val="0"/>
          <w:sz w:val="22"/>
        </w:rPr>
        <w:t xml:space="preserve"> - R, SQL</w:t>
      </w:r>
    </w:p>
    <w:p w:rsidRPr="00887071" w:rsidR="00180E2A" w:rsidRDefault="00F613FE" w14:paraId="336674F7" w14:textId="77777777">
      <w:pPr>
        <w:pStyle w:val="ResumeBullet"/>
        <w:rPr>
          <w:sz w:val="22"/>
        </w:rPr>
      </w:pPr>
      <w:r w:rsidRPr="00887071">
        <w:rPr>
          <w:sz w:val="22"/>
        </w:rPr>
        <w:t>• Designed statistical analysis to detect revenue anomalies across store-level datasets and identify unusual performance patterns for further business review.</w:t>
      </w:r>
    </w:p>
    <w:p w:rsidRPr="00887071" w:rsidR="00180E2A" w:rsidRDefault="00F613FE" w14:paraId="7CA20011" w14:textId="77777777">
      <w:pPr>
        <w:pStyle w:val="ResumeJob"/>
        <w:spacing w:before="28"/>
        <w:rPr>
          <w:sz w:val="22"/>
        </w:rPr>
      </w:pPr>
      <w:r w:rsidRPr="00887071">
        <w:rPr>
          <w:sz w:val="22"/>
        </w:rPr>
        <w:t>NBA Team Performance Modeling</w:t>
      </w:r>
      <w:r w:rsidRPr="00887071">
        <w:rPr>
          <w:b w:val="0"/>
          <w:sz w:val="22"/>
        </w:rPr>
        <w:t xml:space="preserve"> - Python, R, Tableau</w:t>
      </w:r>
    </w:p>
    <w:p w:rsidRPr="00887071" w:rsidR="00180E2A" w:rsidRDefault="00F613FE" w14:paraId="6DE9924C" w14:textId="77777777">
      <w:pPr>
        <w:pStyle w:val="ResumeBullet"/>
        <w:rPr>
          <w:sz w:val="22"/>
        </w:rPr>
      </w:pPr>
      <w:r w:rsidRPr="00887071">
        <w:rPr>
          <w:sz w:val="22"/>
        </w:rPr>
        <w:t>• Built a predictive scoring model using eight years of historical NBA data, correctly identifying 10 of 16 playoff teams and the eventual champion.</w:t>
      </w:r>
    </w:p>
    <w:p w:rsidRPr="00887071" w:rsidR="00180E2A" w:rsidRDefault="00F613FE" w14:paraId="349E4CD8" w14:textId="77777777">
      <w:pPr>
        <w:pStyle w:val="ResumeSection"/>
        <w:pBdr>
          <w:bottom w:val="single" w:color="9E9E9E" w:sz="6" w:space="1"/>
        </w:pBdr>
        <w:spacing w:before="100" w:after="40"/>
        <w:rPr>
          <w:sz w:val="22"/>
        </w:rPr>
      </w:pPr>
      <w:r w:rsidRPr="00887071">
        <w:rPr>
          <w:sz w:val="22"/>
        </w:rPr>
        <w:t>EDUCATION</w:t>
      </w:r>
    </w:p>
    <w:p w:rsidRPr="00887071" w:rsidR="00180E2A" w:rsidRDefault="00F613FE" w14:paraId="37F6CF37" w14:textId="77777777">
      <w:pPr>
        <w:pStyle w:val="ResumeJob"/>
        <w:tabs>
          <w:tab w:val="right" w:pos="10656"/>
        </w:tabs>
        <w:spacing w:before="4"/>
        <w:rPr>
          <w:sz w:val="22"/>
        </w:rPr>
      </w:pPr>
      <w:r w:rsidRPr="00887071">
        <w:rPr>
          <w:sz w:val="22"/>
        </w:rPr>
        <w:t>University of Oklahoma - Norman, OK</w:t>
      </w:r>
      <w:r w:rsidRPr="00887071">
        <w:rPr>
          <w:sz w:val="22"/>
        </w:rPr>
        <w:tab/>
      </w:r>
      <w:r w:rsidRPr="00887071">
        <w:rPr>
          <w:sz w:val="22"/>
        </w:rPr>
        <w:t>GPA: 3.79</w:t>
      </w:r>
    </w:p>
    <w:p w:rsidRPr="00887071" w:rsidR="00180E2A" w:rsidRDefault="00F613FE" w14:paraId="1278352B" w14:textId="77777777">
      <w:pPr>
        <w:pStyle w:val="ResumeSmall"/>
        <w:rPr>
          <w:sz w:val="22"/>
        </w:rPr>
      </w:pPr>
      <w:r w:rsidRPr="00887071">
        <w:rPr>
          <w:sz w:val="22"/>
        </w:rPr>
        <w:t>Master of Science in Management Information Technology, Data Science &amp; Analytics Focus</w:t>
      </w:r>
    </w:p>
    <w:p w:rsidRPr="00887071" w:rsidR="00180E2A" w:rsidRDefault="00F613FE" w14:paraId="289C7156" w14:textId="77777777">
      <w:pPr>
        <w:pStyle w:val="ResumeSmall"/>
        <w:rPr>
          <w:sz w:val="22"/>
        </w:rPr>
      </w:pPr>
      <w:r w:rsidRPr="00887071">
        <w:rPr>
          <w:sz w:val="22"/>
        </w:rPr>
        <w:t>Bachelor of Business Administration in Management Information Systems | Minor: Economics</w:t>
      </w:r>
    </w:p>
    <w:p w:rsidRPr="00887071" w:rsidR="00180E2A" w:rsidRDefault="00F613FE" w14:paraId="14B4CB5C" w14:textId="77777777">
      <w:pPr>
        <w:pStyle w:val="ResumeSection"/>
        <w:pBdr>
          <w:bottom w:val="single" w:color="9E9E9E" w:sz="6" w:space="1"/>
        </w:pBdr>
        <w:spacing w:before="100" w:after="40"/>
        <w:rPr>
          <w:sz w:val="22"/>
        </w:rPr>
      </w:pPr>
      <w:r w:rsidRPr="00887071">
        <w:rPr>
          <w:sz w:val="22"/>
        </w:rPr>
        <w:t>SKILLS</w:t>
      </w:r>
    </w:p>
    <w:p w:rsidRPr="00887071" w:rsidR="00180E2A" w:rsidRDefault="00F613FE" w14:paraId="76EA3719" w14:textId="77777777">
      <w:pPr>
        <w:pStyle w:val="ResumeSmall"/>
        <w:spacing w:after="6"/>
        <w:rPr>
          <w:sz w:val="22"/>
        </w:rPr>
      </w:pPr>
      <w:r w:rsidRPr="00887071">
        <w:rPr>
          <w:b/>
          <w:sz w:val="22"/>
        </w:rPr>
        <w:t xml:space="preserve">Data &amp; Programming: </w:t>
      </w:r>
      <w:r w:rsidRPr="00887071">
        <w:rPr>
          <w:sz w:val="22"/>
        </w:rPr>
        <w:t>SQL Server, Python, R, DAX, PowerShell</w:t>
      </w:r>
    </w:p>
    <w:p w:rsidRPr="00887071" w:rsidR="00180E2A" w:rsidRDefault="00F613FE" w14:paraId="1250C082" w14:textId="77777777">
      <w:pPr>
        <w:pStyle w:val="ResumeSmall"/>
        <w:spacing w:after="6"/>
        <w:rPr>
          <w:sz w:val="22"/>
        </w:rPr>
      </w:pPr>
      <w:r w:rsidRPr="00887071">
        <w:rPr>
          <w:b/>
          <w:sz w:val="22"/>
        </w:rPr>
        <w:t xml:space="preserve">BI &amp; Reporting: </w:t>
      </w:r>
      <w:r w:rsidRPr="00887071">
        <w:rPr>
          <w:sz w:val="22"/>
        </w:rPr>
        <w:t>Power BI, Tableau, Excel, dashboard development, data visualization</w:t>
      </w:r>
    </w:p>
    <w:p w:rsidRPr="00887071" w:rsidR="00180E2A" w:rsidRDefault="00F613FE" w14:paraId="3EF5E99C" w14:textId="77777777">
      <w:pPr>
        <w:pStyle w:val="ResumeSmall"/>
        <w:spacing w:after="6"/>
        <w:rPr>
          <w:sz w:val="22"/>
        </w:rPr>
      </w:pPr>
      <w:r w:rsidRPr="00887071">
        <w:rPr>
          <w:b/>
          <w:sz w:val="22"/>
        </w:rPr>
        <w:t xml:space="preserve">Analytics &amp; Data: </w:t>
      </w:r>
      <w:r w:rsidRPr="00887071">
        <w:rPr>
          <w:sz w:val="22"/>
        </w:rPr>
        <w:t>ETL development, data validation, query optimization, workflow automation, reconciliation, statistical analysis</w:t>
      </w:r>
    </w:p>
    <w:p w:rsidRPr="00887071" w:rsidR="00180E2A" w:rsidRDefault="00F613FE" w14:paraId="7B0FC9DA" w14:textId="77777777">
      <w:pPr>
        <w:pStyle w:val="ResumeSmall"/>
        <w:spacing w:after="6"/>
        <w:rPr>
          <w:sz w:val="22"/>
        </w:rPr>
      </w:pPr>
      <w:r w:rsidRPr="00887071">
        <w:rPr>
          <w:b/>
          <w:sz w:val="22"/>
        </w:rPr>
        <w:t xml:space="preserve">Tools: </w:t>
      </w:r>
      <w:r w:rsidRPr="00887071">
        <w:rPr>
          <w:sz w:val="22"/>
        </w:rPr>
        <w:t>SSMS, Alteryx, Tableau Prep, GitHub</w:t>
      </w:r>
    </w:p>
    <w:sectPr w:rsidRPr="00887071" w:rsidR="00180E2A" w:rsidSect="00034616">
      <w:pgSz w:w="12240" w:h="15840" w:orient="portrait"/>
      <w:pgMar w:top="634" w:right="792" w:bottom="63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245190620">
    <w:abstractNumId w:val="8"/>
  </w:num>
  <w:num w:numId="2" w16cid:durableId="1896240198">
    <w:abstractNumId w:val="6"/>
  </w:num>
  <w:num w:numId="3" w16cid:durableId="597327253">
    <w:abstractNumId w:val="5"/>
  </w:num>
  <w:num w:numId="4" w16cid:durableId="1028679393">
    <w:abstractNumId w:val="4"/>
  </w:num>
  <w:num w:numId="5" w16cid:durableId="2019310159">
    <w:abstractNumId w:val="7"/>
  </w:num>
  <w:num w:numId="6" w16cid:durableId="1077173266">
    <w:abstractNumId w:val="3"/>
  </w:num>
  <w:num w:numId="7" w16cid:durableId="1185942781">
    <w:abstractNumId w:val="2"/>
  </w:num>
  <w:num w:numId="8" w16cid:durableId="1529760793">
    <w:abstractNumId w:val="1"/>
  </w:num>
  <w:num w:numId="9" w16cid:durableId="156887692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0E2A"/>
    <w:rsid w:val="0029639D"/>
    <w:rsid w:val="00326F90"/>
    <w:rsid w:val="003E543C"/>
    <w:rsid w:val="00887071"/>
    <w:rsid w:val="00AA1D8D"/>
    <w:rsid w:val="00B47730"/>
    <w:rsid w:val="00B77954"/>
    <w:rsid w:val="00CB0664"/>
    <w:rsid w:val="00EF219F"/>
    <w:rsid w:val="00F613FE"/>
    <w:rsid w:val="00FC693F"/>
    <w:rsid w:val="00FE1B06"/>
    <w:rsid w:val="1001E8B1"/>
    <w:rsid w:val="2D6E7576"/>
    <w:rsid w:val="33E1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CAC5E6"/>
  <w14:defaultImageDpi w14:val="300"/>
  <w15:docId w15:val="{FDE8398C-0016-41A0-88D5-5C3DAF4574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0" w:line="240" w:lineRule="auto"/>
    </w:pPr>
    <w:rPr>
      <w:rFonts w:ascii="Calibri" w:hAnsi="Calibri" w:eastAsia="Calibri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sumeName" w:customStyle="1">
    <w:name w:val="Resume Name"/>
    <w:pPr>
      <w:spacing w:after="0" w:line="240" w:lineRule="auto"/>
    </w:pPr>
    <w:rPr>
      <w:rFonts w:ascii="Calibri" w:hAnsi="Calibri" w:eastAsia="Calibri"/>
      <w:b/>
      <w:color w:val="000000"/>
      <w:sz w:val="37"/>
    </w:rPr>
  </w:style>
  <w:style w:type="paragraph" w:styleId="ResumeContact" w:customStyle="1">
    <w:name w:val="Resume Contact"/>
    <w:pPr>
      <w:spacing w:after="0" w:line="240" w:lineRule="auto"/>
    </w:pPr>
    <w:rPr>
      <w:rFonts w:ascii="Calibri" w:hAnsi="Calibri" w:eastAsia="Calibri"/>
      <w:color w:val="222222"/>
      <w:sz w:val="17"/>
    </w:rPr>
  </w:style>
  <w:style w:type="paragraph" w:styleId="ResumeSummary" w:customStyle="1">
    <w:name w:val="Resume Summary"/>
    <w:pPr>
      <w:spacing w:after="0" w:line="240" w:lineRule="auto"/>
    </w:pPr>
    <w:rPr>
      <w:rFonts w:ascii="Calibri" w:hAnsi="Calibri" w:eastAsia="Calibri"/>
      <w:color w:val="000000"/>
      <w:sz w:val="18"/>
    </w:rPr>
  </w:style>
  <w:style w:type="paragraph" w:styleId="ResumeSection" w:customStyle="1">
    <w:name w:val="Resume Section"/>
    <w:pPr>
      <w:spacing w:after="0" w:line="240" w:lineRule="auto"/>
    </w:pPr>
    <w:rPr>
      <w:rFonts w:ascii="Calibri" w:hAnsi="Calibri" w:eastAsia="Calibri"/>
      <w:b/>
      <w:color w:val="000000"/>
      <w:sz w:val="20"/>
    </w:rPr>
  </w:style>
  <w:style w:type="paragraph" w:styleId="ResumeJob" w:customStyle="1">
    <w:name w:val="Resume Job"/>
    <w:pPr>
      <w:spacing w:after="0" w:line="240" w:lineRule="auto"/>
    </w:pPr>
    <w:rPr>
      <w:rFonts w:ascii="Calibri" w:hAnsi="Calibri" w:eastAsia="Calibri"/>
      <w:b/>
      <w:color w:val="000000"/>
      <w:sz w:val="19"/>
    </w:rPr>
  </w:style>
  <w:style w:type="paragraph" w:styleId="ResumeSmall" w:customStyle="1">
    <w:name w:val="Resume Small"/>
    <w:pPr>
      <w:spacing w:after="0" w:line="240" w:lineRule="auto"/>
    </w:pPr>
    <w:rPr>
      <w:rFonts w:ascii="Calibri" w:hAnsi="Calibri" w:eastAsia="Calibri"/>
      <w:color w:val="000000"/>
      <w:sz w:val="18"/>
    </w:rPr>
  </w:style>
  <w:style w:type="paragraph" w:styleId="ResumeBullet" w:customStyle="1">
    <w:name w:val="Resume Bullet"/>
    <w:pPr>
      <w:spacing w:after="12" w:line="240" w:lineRule="auto"/>
      <w:ind w:left="230" w:hanging="144"/>
    </w:pPr>
    <w:rPr>
      <w:rFonts w:ascii="Calibri" w:hAnsi="Calibri" w:eastAsia="Calibri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hyperlink" Target="https://west2781.github.io/" TargetMode="Externa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hyperlink" Target="https://linkedin.com/in/lucas-west-451887298" TargetMode="Externa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Lucas West Analyst Resume</dc:title>
  <dc:subject/>
  <dc:creator>Lucas West</dc:creator>
  <keywords/>
  <dc:description/>
  <lastModifiedBy>Lucas West</lastModifiedBy>
  <revision>3</revision>
  <dcterms:created xsi:type="dcterms:W3CDTF">2026-07-10T17:18:00.0000000Z</dcterms:created>
  <dcterms:modified xsi:type="dcterms:W3CDTF">2026-07-10T17:19:40.5009519Z</dcterms:modified>
  <category/>
</coreProperties>
</file>